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מרחק עצירה ומה משפיע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הכללים לרכיבה על אופניים וקורקינט חשמלי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נתוני תאונות דרכים ולהסיק מסקנות לגבי התנהגות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מרחק תגובה ומרחק 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גדל פי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עד גיל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מגיל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רוכב אחד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מהדלת הקרובה למדרכה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לרכוב על כלי חשמלי על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בדף - חגורה חובה לכל נוסע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בכביש רטוב מרחק הבלימה ארוך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בדף לגבי זמן התגובה של הנהג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רוב התאונות נגרמות מהתנהגות ואפשר למנוע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יש להוריד אוזניות כדי לשמוע ולראות היטב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בלימה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המונח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(הדרך עד שהנהג לוחץ על הבלם)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(הדרך מלחיצת הבלם ועד העצירה)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(מושב הגבהה לילדים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(אדם שחוצה כביש עם טלפון או אוזניות)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(ציוד מגן לראש בזמן רכיבה)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הצעדים הנכונים לחצייה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מכניסים את הטלפון לכיס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מוציאים אוזניות מהאוזניים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מסתכלים ימינה ושמאלה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מוודאים שאין רכב מתקרב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חוצים את הכביש בהליכה ולא בריצה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שמרחק התגובה גדל באופן יחסי למהירות, אך מרחק הבלימה גדל בקצב מהיר יותר (פי 4), ולכן הסך הכולל גדל משמעותית יותר מפי 2.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הגנה על הראש מפגיעה, מניעת פציעות קשות, דוגמה אישית לאחרים.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המציגה החלטה בוגרת ששומרת על בטיחות למרות לחץ חברתי.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תגובה ובלימה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מגיל 16 עם רישיון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להכניס לכיס ולא להסתכל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דיון קבוצתי בשאלת האתגר על מרחק עצירה לפני מענה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עם דוגמאות מספריות את העלייה במרחק הבלימה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לקשר את הפעילות למשחקי הכיתה כמו זיכרון תמרורים או מעבדת מרחק עצירה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בטיחות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בטיחות בדרך. נלמד מה זה מרחק עצירה, מה הכללים לאופניים, ואיך נוסעים והולכים בבטחה.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תגובה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שהרכב עובר עד שהנהג לוחץ על הבלם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בלימה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שהרכב עובר מרגע לחיצת הבלם עד עצירה מלאה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מרחק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סך הכל: מרחק תגובה ועוד מרחק בלימה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בוסטר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מושב הגבהה לילדים ברכב, עד גיל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הולך רגל מוסח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שחוצה כביש בזמן שהוא עסוק בטלפון או באוזניות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ציוד מגן לראש חובה ברכיבה על אופניים וקורקינט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רישיון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אישור חוקי הנדרש לרכיבה על כלי רכב חשמליים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ממה בנוי מרחק העצירה?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מרחק תגובה ומרחק 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ממרחק תגובה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ממרחק בלימה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מגובה הנהג ומהירות 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המהירות גדלה פי 2, מה קורה למרחק הבלימה?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גדל פי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גדל פי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עד איזה גיל צריך קסדה באופניים?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עד גיל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עד גיל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 גיל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חובה כזו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מאיזה גיל מותר לרכוב על קורקינט חשמלי?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מגיל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מגיל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מגיל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מגיל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אנשים יכולים לרכוב על קורקינט חשמלי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רוכב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אם יש קסדות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מאיזו דלת יוצאים כדי להיות בטוחים?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מהדלת הקרובה לכביש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מהדלת הקרובה למדרכה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מכל דלת שרוצים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מהחלון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לרכוב על קורקינט חשמלי על המדרכה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חגורת בטיחות חובה בכל מושב ברכב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בכביש רטוב מרחק הבלימה קצר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התגובה הוא בערך שנייה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התאונות נגרמות מתקלות ברכב ולא ניתן למנוע אותן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להיות עם אוזניות בזמן חציית 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מרחק העצירה בנוי משני חלקים: מרחק תגובה ומרחק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קסדה חובה באופניים רגילים עד גיל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ילדים עד גיל __________ יושבים בבוסטר או במושב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בזמן חצייה צריך לשים את הטלפון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אסור לרכוב על כלי חשמלי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כאשר המהירות גדלה פי 2, מרחק הבלימה גדל פי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המונח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מרחק תגובה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הדרך מלחיצת הבלם ועד העצירה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מרחק בלימה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ציוד מגן לראש בזמן רכיבה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בוסטר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הדרך עד שהנהג לוחץ על הבלם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הולך רגל מוסח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מושב הגבהה לילדים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אדם שחוצה כביש עם טלפון או אוזניות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הצעדים הנכונים לחצייה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ימינה ושמאלה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מוודאים שאין רכב מתקרב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חוצים את הכביש בהליכה ולא בריצה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מכניסים את הטלפון לכיס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מוציאים אוזניות מהאוזניים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רכב נוסע במהירות כפולה. הסבירו במילים שלכם למה מרחק העצירה גדל ביותר מפי 2.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סיבות מדוע חשוב לחבוש קסדה גם כשלא חובה בחוק.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דילמה שבה חבר לוחץ עליכם לא לחבוש קסדה, ואיך הייתם מתמודדים.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חלקי מרחק העצירה?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מגיל כמה מותר לרכוב על אופניים חשמליים?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לעשות עם הטלפון בזמן חצייה?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בטיחות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