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מרחק עצירה ומה משפיע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הכללים לרכיבה על אופניים וקורקינט חשמלי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נתוני תאונות דרכים ולהסיק מסקנות לגבי התנהגות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מרחק תגובה ומרחק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עד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מגיל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רוכב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מהדלת הקרובה למדרכה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לרכוב על כלי חשמלי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 - חגורה חובה לכל נוסע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בכביש רטוב מרחק הבלימה ארוך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בדף לגבי זמן התגובה של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רוב התאונות נגרמות מהתנהגות ואפשר למנוע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להוריד אוזניות כדי לשמוע ולראות היטב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(הדרך עד שהנהג לוחץ על הבלם)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(הדרך מלחיצת הבלם ועד העצירה)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(מושב הגבהה לילדים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(אדם שחוצה כביש עם טלפון או אוזניות)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(ציוד מגן לראש בזמן רכיבה)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לחצייה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מכניסים את הטלפון לכיס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אוזניות מהאוזניים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מוודאים שאין רכב מתקרב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חוצים את הכביש בהליכה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שמרחק התגובה גדל באופן יחסי למהירות, אך מרחק הבלימה גדל בקצב מהיר יותר (פי 4), ולכן הסך הכולל גדל משמעותית יותר מפי 2.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 על הראש מפגיעה, מניעת פציעות קשות, דוגמה אישית לאחרים.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המציגה החלטה בוגרת ששומרת על בטיחות למרות לחץ חברתי.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מגיל 16 עם רישיון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להכניס לכיס ולא להסתכל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דיון קבוצתי בשאלת האתגר על מרחק עצירה לפני 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עם דוגמאות מספריות את העלייה במרחק הבלימה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הפעילות למשחקי הכיתה כמו זיכרון תמרורים או מעבדת מרחק עצירה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בבטיחות בדרכים: מרחק עצירה, כללי רכיבה ונסיעה, והולך רגל מוסח. נלמד לקרוא נתונים ולהבין איך אפשר למנוע תאונות.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מורכב מרחק העצירה?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תגובה ומרחק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ממרחק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מגובה הנהג ומהירות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למרחק הבלימה כשהמהירות גדלה פי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עד איזה גיל חובה קסדה באופניים רגילים?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חובה כזו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מגיל כמה מותר לרכוב על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רוכבים מותר שיהיו על קורקינט חשמלי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רוכב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אם יש קסדות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מאיזו דלת יוצאים נוסעים מרכב באופן 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מהדלת הקרובה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מהדלת הקרובה למדרכה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מכל דלת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מהחלון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קורקינט חשמלי על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חובה בכל מושב ברכב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בכביש רטוב מרחק הבלימה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התגובה הוא בערך שנייה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התאונות נגרמות מתקלות ברכב ולא ניתן למנוע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להיות עם אוזניות בזמן חציית 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העצירה בנוי משני חלקים: מרחק תגובה ומרחק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קסדה חובה באופניים רגילים עד גיל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ילדים עד גיל __________ יושבים בבוסטר או במושב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חצייה צריך לשים את הטלפון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אסור לרכוב על כלי חשמלי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כאשר המהירות גדלה פי 2, מרחק הבלימה גדל פי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שחוצה כביש עם טלפון או אוזניות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ציוד מגן לראש בזמן רכיבה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הדרך עד שהנהג לוחץ על הבלם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הולך רגל מוסח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מושב הגבהה לילדים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הדרך מלחיצת הבלם ועד העצירה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 לחצייה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אוזניות מהאוזניים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רכב מתקרב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הטלפון לכיס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רכב נוסע במהירות כפולה. הסבירו במילים שלכם למה מרחק העצירה גדל ביותר מפי 2.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סיבות מדוע חשוב לחבוש קסדה גם כשלא חובה בחוק.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דילמה שבה חבר לוחץ עליכם לא לחבוש קסדה, ואיך הייתם מתמודדים.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חלקי מרחק העצירה?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 כמה מותר לרכוב על אופניים חשמליים?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עם הטלפון בזמן חצייה?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